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数学竞赛初赛试卷（小学组）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1．计算：125×8×7×25＝（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A．17500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B．175000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C．1750000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D．170000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2．计算：3.6×1.25＋6.4×1.25＝（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B．12.5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C．11.5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3．在1～100的自然数中，能被3整除但不能被5整除的数共有（　）个。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4．一个数除以8余5，除以6余3，这个数最小是（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D．17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5．计算：1/2＋1/4＋1/8＋1/16＝（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A．15/16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C．7/8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D．13/16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6．计算：0.3×0.3÷0.3×0.3＝（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A．0.09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B．0.3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C．0.9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D．0.03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7．下列四个数中，最大的是（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A．3/7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B．0.43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C．5/12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D．0.428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8．一个数的小数点向右移动两位后比原数大19.8，原数是（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A．0.2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C．0.02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9．两个自然数的最大公因数是6，最小公倍数是72，这两个数不可能是（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A．6和72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B．18和24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C．12和36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D．8和54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10．计算：999×778＋333×666＝（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A．999000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B．99900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C．990000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D．9990000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11．甲、乙两车同时从A、B两地相对开出，甲车每小时行60千米，乙车每小时行50千米，4小时后两车相遇。A、B两地相距（　）千米。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A．440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D．460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12．一项工程，甲单独做需10天完成，乙单独做需15天完成，两人合作需（　）天完成。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C．7.5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13．甲、乙两数的和是100，甲数的3倍比乙数的2倍多50，甲数是（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14．一个笼子里有鸡和兔共30只，共有脚84只，鸡有（　）只。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15．小明今年8岁，爸爸今年36岁，再过（　）年，爸爸的年龄正好是小明的3倍。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D．7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16．一件商品先提价20%，再降价20%，现在的价格相当于原价的（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A．96%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B．100%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C．98%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D．92%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17．甲、乙两桶油共重60千克，如果从甲桶倒出4千克给乙桶，两桶油就一样重，甲桶原来有（　）千克。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18．钟面上9点30分时，时针与分针的夹角是（　）度。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D．95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19．一条公路长1000米，在路的一侧每隔50米种一棵树（两端都种），需要种（　）棵树。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20．某班40名学生中，订阅《少年报》的有25人，订阅《故事会》的有20人，两种都订的有10人，两种都没订的有（　）人。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21．一个长方形的周长是40厘米，长与宽的比是3∶2，这个长方形的面积是（　）平方厘米。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C．90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22．一个三角形三个内角的度数比是1∶2∶3，这个三角形是（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A．锐角三角形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B．直角三角形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C．钝角三角形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D．等腰三角形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23．一个圆的半径扩大为原来的2倍，它的面积扩大为原来的（　）倍。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24．在一个边长4厘米的正方形中剪去一个最大的圆，剩下的面积约是（　）平方厘米。（π取3.14）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A．3.44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B．12.56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C．6.28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D．2.86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25．一个圆锥与一个圆柱等底等高，圆锥的体积是12立方厘米，圆柱的体积是（　）立方厘米。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26．三角形三边的长分别是6、8、10，这个三角形的面积是（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D．48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27．两个完全一样的梯形拼成一个平行四边形，梯形的上底5厘米、下底9厘米、高6厘米，拼成的平行四边形面积是（　）平方厘米。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B．84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D．63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28．一个正方体的棱长总和是72厘米，它的体积是（　）立方厘米。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D．144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29．把一个长方形木框拉成平行四边形，下面说法正确的是（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A．周长不变，面积不变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B．周长不变，面积变小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C．周长变小，面积不变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D．周长变大，面积变小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30．一个圆柱的侧面展开图是一个正方形，这个圆柱的底面直径与高的比是（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A．1∶π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B．1∶2π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C．2π∶1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D．π∶1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31．按规律填数：1，4，9，16，25，（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32．按规律填数：1，2，6，24，120，（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A．240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B．360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C．720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D．600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33．按规律填数：2，3，5，8，13，（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C．21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D．19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34．按规律填数：3，7，15，31，（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35．在1～200的所有整数中，数字“2”一共出现（　）次。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D．38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36．有一串彩灯按“红、黄、蓝、绿、红、黄、蓝、绿……”的规律排列，第100盏灯的颜色是（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A．红色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B．黄色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C．蓝色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D．绿色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37．甲、乙、丙三人参加比赛，甲说：“我是第一名。”乙说：“我不是第一名。”丙说：“甲不是第一名。”已知三人中只有一人说真话，则第一名是（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B．乙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C．丙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D．无法确定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38．一个数加上8，再乘以8，再减去8，最后除以8，结果还是8，这个数是（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39．小明计算1～100所有自然数的和，但他漏加了一个数，得到的结果是5040，他漏加的数是（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40．用0、1、2、3四个数字组成不同的四位数（每个数字只用一次），一共可以组成（　）个。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C．16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D．12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41．把7个苹果放进3个抽屉，不管怎样放，至少有一个抽屉里放了（　）个苹果。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42．一本书共200页，编这本书的页码一共用了（　）个数字。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A．492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B．490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C．488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D．500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43．一根绳子对折3次后，从中间剪一刀，可以剪成（　）段。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44．5个人排成一排照相，甲必须站在正中间，共有（　）种不同的排法。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A．120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B．24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C．48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45．一个数除以5余2，除以7余3，除以3余2，这个数最小是（　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C．37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D．27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46．大小两个正方形的边长之和是20厘米，面积之差是40平方厘米，大正方形的边长是（　）厘米。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B．11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D．9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47．甲、乙两列火车相向而行，甲车长250米、速度72千米/时，乙车长200米、速度54千米/时，两车从车头相遇到车尾完全离开需要（　）秒。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A．12.9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B．13.5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C．12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D．15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48．学校图书室有科技书、文艺书和故事书共240本，科技书与文艺书本数的比是5∶4，文艺书与故事书本数的比是2∶3，文艺书有（　）本。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A．60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B．64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C．72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D．80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49．一个最简真分数，分子与分母的积是60，这样的分数一共有（　）个。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C．5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D．6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50．一次数学竞赛共20道题，做对一题得5分，做错一题倒扣3分，不做不扣分也不得分。小明得了76分，他做错了（　）道题。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A．2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B．3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C．4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D．5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参考答案（小学组）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