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宋体"/>
          <w:b/>
          <w:color w:val="C00000"/>
          <w:sz w:val="44"/>
        </w:rPr>
        <w:t>全球华人青少年竞赛活动</w:t>
      </w:r>
    </w:p>
    <w:p>
      <w:pPr>
        <w:spacing w:before="40" w:after="200"/>
        <w:pBdr>
          <w:bottom w:val="single" w:sz="20" w:space="1" w:color="C00000"/>
        </w:pBdr>
      </w:pPr>
    </w:p>
    <w:p>
      <w:pPr>
        <w:spacing w:after="80" w:line="24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数学竞赛初赛试卷（高中组）</w:t>
      </w:r>
    </w:p>
    <w:p>
      <w:pPr>
        <w:spacing w:after="200" w:line="240" w:lineRule="auto"/>
        <w:jc w:val="center"/>
      </w:pPr>
      <w:r>
        <w:rPr>
          <w:rFonts w:ascii="Arial" w:hAnsi="Arial" w:eastAsia="宋体"/>
          <w:b w:val="0"/>
          <w:color w:val="000000"/>
          <w:sz w:val="24"/>
        </w:rPr>
        <w:t>（满分100分　考试时间90分钟　全部为单项选择题）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姓名：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学段：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国家（地区）：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编号：　　　　　　</w:t>
            </w:r>
          </w:p>
        </w:tc>
      </w:tr>
    </w:tbl>
    <w:p>
      <w:pPr>
        <w:spacing w:before="120" w:after="80" w:line="360" w:lineRule="auto"/>
        <w:jc w:val="left"/>
      </w:pPr>
      <w:r>
        <w:rPr>
          <w:rFonts w:ascii="Arial" w:hAnsi="Arial" w:eastAsia="宋体"/>
          <w:b w:val="0"/>
          <w:color w:val="000000"/>
          <w:sz w:val="21"/>
        </w:rPr>
        <w:t>答题须知：请将每题的正确答案填写在答题卡（另发）对应题号处，多选、不选或错选均不得分。</w:t>
      </w:r>
    </w:p>
    <w:p>
      <w:pPr>
        <w:spacing w:before="40" w:after="200"/>
        <w:pBdr>
          <w:bottom w:val="single" w:sz="8" w:space="1" w:color="C00000"/>
        </w:pBdr>
      </w:pPr>
    </w:p>
    <w:p>
      <w:pPr>
        <w:spacing w:before="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1．已知集合A＝{x｜x²－3x＋2＝0}，B＝{x｜1＜x＜3}，则A∩B＝（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A．{2}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B．{1，2}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C．{1}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D．∅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2．设全集U＝{1，2，3，4，5}，A＝{1，2}，B＝{2，3，4}，则（∁ᵤA）∩B＝（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A．{3，4}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B．{2，3，4}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C．{1，5}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D．{5}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3．“x＞2”是“x²＞4”的（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A．充分不必要条件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B．必要不充分条件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C．充要条件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D．既不充分也不必要条件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4．函数f（x）＝√（x－1）＋1/（x－2）的定义域是（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A．x≥1且x≠2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B．x＞1且x≠2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C．x≥1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D．x≠2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5．已知函数f（x）是奇函数，f（2）＝3，则f（－2）＝（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B．－3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6．函数f（x）＝x²－2x在区间[0，3]上的值域是（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A．[－1，3]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B．[0，3]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C．[－1，0]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D．[0，9]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7．已知log₂3＝a，则log₂12＝（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A．2＋a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B．1＋a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C．a²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D．3a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8．指数函数f（x）＝aˣ（a＞0且a≠1）的图像经过点（2，9），则a＝（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D．4.5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9．设a＝log₀.₅3，b＝0.5³，c＝3⁰·⁵，则a、b、c的大小关系是（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A．a＜b＜c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B．b＜a＜c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C．c＜b＜a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D．a＜c＜b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10．若函数f（x）满足f（x＋2）＝f（x），且f（1）＝2，则f（2025）＝（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D．－2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11．sin150°＝（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B．－1/2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C．√3/2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D．－√3/2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12．若sinα＝3/5，且α是第二象限角，则cosα＝（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A．－4/5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B．4/5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C．±4/5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D．－3/5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13．函数y＝sin（2x＋π/3）的最小正周期为（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C．π/2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D．4π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14．函数y＝2sin x－1的最大值是（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15．在△ABC中，a＝3，b＝4，C＝60°，则c＝（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A．√13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D．√37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16．tan15°＝（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A．2－√3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B．2＋√3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C．√3－1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D．（√3－1）/2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17．已知cos（π/2＋α）＝－1/2，且α为锐角，则α＝（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A．30°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B．45°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C．60°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D．15°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18．函数y＝sin x＋cos x的最大值是（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A．√2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D．√3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19．等差数列{aₙ}中，a₂＋a₄＝10，则a₃＝（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20．等差数列{aₙ}中，a₁＝2，d＝3，则S₂₀＝（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A．610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B．590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D．620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21．等比数列{aₙ}中，a₂＝3，a₅＝24，则公比q＝（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22．数列1，3，6，10，15，…的通项公式是（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A．aₙ＝n（n＋1）/2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B．aₙ＝n²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C．aₙ＝2n－1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D．aₙ＝n（n－1）/2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23．首项为1、公比为2的等比数列前10项的和S₁₀＝（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A．1023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D．512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24．数列{aₙ}中，a₁＝1，aₙ₊₁＝2aₙ＋1，则a₄＝（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25．等差数列{aₙ}的前5项和S₅＝25，则a₃＝（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D．25/3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26．数列{aₙ}的前n项和Sₙ＝n²＋1，则a₃＝（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27．正方体的体对角线长为4√3，则正方体的棱长为（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28．正三棱锥的底面是边长为2的正三角形，侧棱长均为2，则棱锥的高为（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A．2√6/3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B．2√3/3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C．4√3/3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D．√6/3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29．直线3x＋4y－12＝0与坐标轴围成的三角形的面积为（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30．圆x²＋y²－4x＋6y＝0的圆心坐标和半径分别是（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A．（2，－3），√13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B．（－2，3），√13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C．（2，－3），13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D．（－2，3），13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31．直线x－y＋1＝0与圆x²＋y²＝1的位置关系是（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A．相交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B．相切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C．相离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D．无法判断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32．椭圆x²/9＋y²/4＝1的离心率是（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A．√5/3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B．√5/2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C．2/3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D．5/9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33．双曲线x²/4－y²/5＝1的渐近线方程是（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A．y＝±（√5/2）x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B．y＝±（2/√5）x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C．y＝±（5/4）x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D．y＝±（4/5）x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34．抛物线y²＝8x的焦点坐标是（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A．（2，0）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B．（0，2）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C．（4，0）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D．（0，4）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35．在空间直角坐标系中，点A（1，2，3）关于xOy平面的对称点的坐标是（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A．（1，2，－3）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B．（－1，－2，3）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C．（1，－2，3）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D．（－1，2，－3）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36．已知直线l的一个方向向量为（1，2），则直线l的斜率为（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C．－2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37．若直线y＝kx＋1与圆x²＋y²＝1有且仅有一个公共点，则k＝（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C．±1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38．过点（1，2）且与直线2x＋y－3＝0垂直的直线方程是（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A．x－2y＋3＝0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B．x－2y－3＝0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C．2x－y＝0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D．x＋2y－5＝0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39．从5名男生和3名女生中任选3人参加活动，要求至少有1名女生，不同的选法共有（　）种。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B．55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40．4名学生排成一排，其中甲、乙两人必须相邻，不同的排法共有（　）种。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41．已知随机变量X服从二项分布X～B（4，1/2），则P（X＝2）＝（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A．3/8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C．1/4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D．1/8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42．函数f（x）＝x³－3x的极小值为（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A．－2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D．－4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43．曲线y＝x²在点（1，1）处的切线方程是（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A．y＝2x－1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B．y＝2x＋1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C．y＝x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D．y＝3x－2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44．定积分∫₀¹ 2x dx＝（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C．0.5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45．某班50名学生成绩的平均数为80分，方差为16。若每人成绩都加5分，则新成绩的方差为（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46．在（x＋2）⁵的展开式中，x³项的系数为（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B．80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47．函数f（x）＝log₀.₅（x²－2x－3）的单调递减区间是（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A．（3，＋∞）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B．（－∞，－1）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C．（1，＋∞）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D．（－∞，1）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48．在△ABC中，b＝2，c＝√3＋1，B＝45°，则C＝（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A．75°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B．60°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C．105°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D．30°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49．若复数z满足z（1＋i）＝2i，则z的共轭复数z̄＝（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A．1－i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B．1＋i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C．－1＋i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D．－1－i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50．已知集合A＝{x｜y＝log₂（x－1）}，B＝{y｜y＝2ˣ，x∈R}，则A∩B＝（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A．（1，＋∞）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B．（0，＋∞）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C．[1，＋∞）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D．R</w:t>
      </w:r>
    </w:p>
    <w:p>
      <w:r>
        <w:br w:type="page"/>
      </w:r>
    </w:p>
    <w:p>
      <w:pPr>
        <w:spacing w:after="200"/>
        <w:jc w:val="center"/>
      </w:pPr>
      <w:r>
        <w:rPr>
          <w:rFonts w:ascii="Arial" w:hAnsi="Arial" w:eastAsia="黑体"/>
          <w:b/>
          <w:color w:val="000000"/>
          <w:sz w:val="32"/>
        </w:rPr>
        <w:t>参考答案（高中组）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题号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5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6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7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8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9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10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1-10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11-20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21-30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31-40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41-50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宋体"/>
        <w:b w:val="0"/>
        <w:color w:val="000000"/>
        <w:sz w:val="21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